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keepLines/>
        <w:widowControl/>
        <w:keepNext/>
      </w:pPr>
      <w:r>
        <w:drawing>
          <wp:inline xmlns:a="http://schemas.openxmlformats.org/drawingml/2006/main" xmlns:pic="http://schemas.openxmlformats.org/drawingml/2006/picture">
            <wp:extent cx="6803999" cy="157729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6803999" cy="1577291"/>
                    </a:xfrm>
                    <a:prstGeom prst="rect"/>
                  </pic:spPr>
                </pic:pic>
              </a:graphicData>
            </a:graphic>
          </wp:inline>
        </w:drawing>
      </w:r>
    </w:p>
    <w:p>
      <w:pPr>
        <w:spacing w:after="60" w:line="240" w:lineRule="auto"/>
        <w:jc w:val="left"/>
        <w:pBdr>
          <w:bottom w:val="single" w:sz="9" w:space="4" w:color="0A0A0A"/>
        </w:pBdr>
        <w:keepLines/>
        <w:widowControl/>
      </w:pPr>
      <w:r>
        <w:rPr>
          <w:rFonts w:ascii="Times New Roman" w:hAnsi="Times New Roman" w:eastAsia="Times New Roman"/>
          <w:b/>
          <w:color w:val="0A0A0A"/>
          <w:sz w:val="24"/>
        </w:rPr>
        <w:t>Ort: Hoppstädten-Weiersbach, Deutschland</w:t>
        <w:br/>
      </w:r>
      <w:r>
        <w:rPr>
          <w:rFonts w:ascii="Times New Roman" w:hAnsi="Times New Roman" w:eastAsia="Times New Roman"/>
          <w:color w:val="0A0A0A"/>
          <w:sz w:val="24"/>
        </w:rPr>
        <w:t>E-Mail: collinsanfo24@gmail.com   ·   Telefon: +49 162 7445475</w:t>
        <w:br/>
      </w:r>
      <w:r>
        <w:rPr>
          <w:rFonts w:ascii="Times New Roman" w:hAnsi="Times New Roman" w:eastAsia="Times New Roman"/>
          <w:color w:val="666666"/>
          <w:sz w:val="24"/>
        </w:rPr>
        <w:t>LinkedIn: linkedin.com/in/collinsanfo   ·   Portfolio: collins-anfo-portfolio-2026.collinsanfo24.chatgpt.site</w:t>
      </w:r>
    </w:p>
    <w:p>
      <w:pPr>
        <w:spacing w:before="20" w:after="60" w:line="230" w:lineRule="auto"/>
        <w:keepLines/>
        <w:widowControl/>
        <w:keepNext/>
      </w:pPr>
      <w:r>
        <w:rPr>
          <w:rFonts w:ascii="Times New Roman" w:hAnsi="Times New Roman" w:eastAsia="Times New Roman"/>
          <w:b/>
          <w:color w:val="0A0A0A"/>
          <w:sz w:val="40"/>
        </w:rPr>
        <w:t>Was ich als Mitarbeiter einbringe</w:t>
      </w:r>
    </w:p>
    <w:p>
      <w:pPr>
        <w:spacing w:after="40" w:line="240" w:lineRule="auto"/>
        <w:keepLines/>
        <w:widowControl/>
      </w:pPr>
      <w:r>
        <w:rPr>
          <w:rFonts w:ascii="Times New Roman" w:hAnsi="Times New Roman" w:eastAsia="Times New Roman"/>
          <w:color w:val="303030"/>
          <w:sz w:val="24"/>
        </w:rPr>
        <w:t>Wenn ich Teil eines Teams werde, bringe ich die Neugier eines Entwicklers, operative Disziplin und die Bereitschaft mit, gezielt zu lernen, was die Aufgabe erfordert. Mein Wert liegt nicht darin, bereits alles zu wissen. Er liegt darin, nah am Problem zu beginnen, Unklarheit zu strukturieren und konsequent auf ein nützliches, prüfbares Ergebnis hinzuarbeiten.</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01  </w:t>
      </w:r>
      <w:r>
        <w:rPr>
          <w:rFonts w:ascii="Times New Roman" w:hAnsi="Times New Roman" w:eastAsia="Times New Roman"/>
          <w:b/>
          <w:color w:val="0A0A0A"/>
          <w:sz w:val="24"/>
          <w:spacing w:val="18"/>
        </w:rPr>
        <w:t>DAS TATSÄCHLICHE PROBLEM VERSTEHEN</w:t>
      </w:r>
    </w:p>
    <w:p>
      <w:pPr>
        <w:spacing w:after="24" w:line="240" w:lineRule="auto"/>
        <w:ind w:left="408"/>
        <w:keepLines/>
        <w:widowControl/>
      </w:pPr>
      <w:r>
        <w:rPr>
          <w:rFonts w:ascii="Times New Roman" w:hAnsi="Times New Roman" w:eastAsia="Times New Roman"/>
          <w:color w:val="303030"/>
          <w:sz w:val="24"/>
        </w:rPr>
        <w:t>Ich höre zu, recherchiere und erfasse Prozesse oder Nutzerbedürfnisse, bevor ich entscheide, was entwickelt oder verändert werden sollte.</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02  </w:t>
      </w:r>
      <w:r>
        <w:rPr>
          <w:rFonts w:ascii="Times New Roman" w:hAnsi="Times New Roman" w:eastAsia="Times New Roman"/>
          <w:b/>
          <w:color w:val="0A0A0A"/>
          <w:sz w:val="24"/>
          <w:spacing w:val="18"/>
        </w:rPr>
        <w:t>IDEEN IN SICHTBARE ARBEIT ÜBERSETZEN</w:t>
      </w:r>
    </w:p>
    <w:p>
      <w:pPr>
        <w:spacing w:after="24" w:line="240" w:lineRule="auto"/>
        <w:ind w:left="408"/>
        <w:keepLines/>
        <w:widowControl/>
      </w:pPr>
      <w:r>
        <w:rPr>
          <w:rFonts w:ascii="Times New Roman" w:hAnsi="Times New Roman" w:eastAsia="Times New Roman"/>
          <w:color w:val="303030"/>
          <w:sz w:val="24"/>
        </w:rPr>
        <w:t>Ich strukturiere Abläufe, dokumentiere Entscheidungen, prototypisiere den nächsten Schritt und prüfe das Ergebnis an seiner tatsächlichen Aufgabe.</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03  </w:t>
      </w:r>
      <w:r>
        <w:rPr>
          <w:rFonts w:ascii="Times New Roman" w:hAnsi="Times New Roman" w:eastAsia="Times New Roman"/>
          <w:b/>
          <w:color w:val="0A0A0A"/>
          <w:sz w:val="24"/>
          <w:spacing w:val="18"/>
        </w:rPr>
        <w:t>OPERATIVE DISZIPLIN EINBRINGEN</w:t>
      </w:r>
    </w:p>
    <w:p>
      <w:pPr>
        <w:spacing w:after="24" w:line="240" w:lineRule="auto"/>
        <w:ind w:left="408"/>
        <w:keepLines/>
        <w:widowControl/>
      </w:pPr>
      <w:r>
        <w:rPr>
          <w:rFonts w:ascii="Times New Roman" w:hAnsi="Times New Roman" w:eastAsia="Times New Roman"/>
          <w:color w:val="303030"/>
          <w:sz w:val="24"/>
        </w:rPr>
        <w:t>Erfahrung in Bestand, Logistik, Produktion, Service und Projektunterstützung hilft mir, Standards, Übergaben und konsequente Umsetzung zu beachten.</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04  </w:t>
      </w:r>
      <w:r>
        <w:rPr>
          <w:rFonts w:ascii="Times New Roman" w:hAnsi="Times New Roman" w:eastAsia="Times New Roman"/>
          <w:b/>
          <w:color w:val="0A0A0A"/>
          <w:sz w:val="24"/>
          <w:spacing w:val="18"/>
        </w:rPr>
        <w:t>KI VERANTWORTUNGSVOLL NUTZEN</w:t>
      </w:r>
    </w:p>
    <w:p>
      <w:pPr>
        <w:spacing w:after="24" w:line="240" w:lineRule="auto"/>
        <w:ind w:left="408"/>
        <w:keepLines/>
        <w:widowControl/>
      </w:pPr>
      <w:r>
        <w:rPr>
          <w:rFonts w:ascii="Times New Roman" w:hAnsi="Times New Roman" w:eastAsia="Times New Roman"/>
          <w:color w:val="303030"/>
          <w:sz w:val="24"/>
        </w:rPr>
        <w:t>Ich nutze KI für Recherche, Lernen, Entwürfe und Prototypen unter menschlicher Kontrolle, ohne unterstützte Arbeit als nicht erworbene Expertise darzustellen.</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05  </w:t>
      </w:r>
      <w:r>
        <w:rPr>
          <w:rFonts w:ascii="Times New Roman" w:hAnsi="Times New Roman" w:eastAsia="Times New Roman"/>
          <w:b/>
          <w:color w:val="0A0A0A"/>
          <w:sz w:val="24"/>
          <w:spacing w:val="18"/>
        </w:rPr>
        <w:t>VERANTWORTUNG ÜBERNEHMEN UND ZUSAMMENARBEITEN</w:t>
      </w:r>
    </w:p>
    <w:p>
      <w:pPr>
        <w:spacing w:after="24" w:line="240" w:lineRule="auto"/>
        <w:ind w:left="408"/>
        <w:keepLines/>
        <w:widowControl/>
      </w:pPr>
      <w:r>
        <w:rPr>
          <w:rFonts w:ascii="Times New Roman" w:hAnsi="Times New Roman" w:eastAsia="Times New Roman"/>
          <w:color w:val="303030"/>
          <w:sz w:val="24"/>
        </w:rPr>
        <w:t>Ich kann Arbeit selbstständig voranbringen und binde erfahrene Kollegen oder Fachleute ein, wenn sie das Ergebnis verbessern können.</w:t>
      </w:r>
    </w:p>
    <w:p>
      <w:pPr>
        <w:spacing w:before="40" w:after="60"/>
        <w:ind w:left="136" w:right="136"/>
        <w:shd w:fill="F2F2EE"/>
        <w:keepLines/>
        <w:widowControl/>
        <w:keepNext/>
      </w:pPr>
      <w:r>
        <w:rPr>
          <w:rFonts w:ascii="Times New Roman" w:hAnsi="Times New Roman" w:eastAsia="Times New Roman"/>
          <w:b/>
          <w:color w:val="0A0A0A"/>
          <w:sz w:val="24"/>
        </w:rPr>
        <w:t>Praktische Nachweise: GroomDocs ist live und kostenlos. GroomLinq ist ein ambitionierter, Ghana-zentrierter Marktplatz in Entwicklung.</w:t>
      </w:r>
    </w:p>
    <w:p>
      <w:pPr>
        <w:spacing w:before="40" w:after="40" w:line="240" w:lineRule="auto"/>
        <w:pBdr>
          <w:top w:val="single" w:sz="10" w:space="4" w:color="0A0A0A"/>
        </w:pBdr>
        <w:keepLines/>
        <w:widowControl/>
        <w:keepNext/>
      </w:pPr>
      <w:r>
        <w:rPr>
          <w:rFonts w:ascii="Times New Roman" w:hAnsi="Times New Roman" w:eastAsia="Times New Roman"/>
          <w:b/>
          <w:color w:val="0A0A0A"/>
          <w:sz w:val="24"/>
        </w:rPr>
        <w:t>Wenn ich eingestellt werde, bin ich besonders dort hilfreich, wo ein Team Kundennähe, operative Realität und Produktumsetzung verbinden muss; wo schnelles Lernen, ein sichtbarer nächster Schritt und Verantwortung für den Fortschritt zählen.</w:t>
      </w:r>
    </w:p>
    <w:p>
      <w:pPr>
        <w:spacing w:after="0"/>
      </w:pPr>
      <w:r>
        <w:rPr>
          <w:rFonts w:ascii="Times New Roman" w:hAnsi="Times New Roman" w:eastAsia="Times New Roman"/>
          <w:b/>
          <w:color w:val="666666"/>
          <w:sz w:val="24"/>
          <w:spacing w:val="0"/>
        </w:rPr>
        <w:t>COLLINS ANFO   ·   PRODUKTENTWICKLER   ·   BETRIEB   ·   GHANA / AFRIKA</w:t>
      </w:r>
    </w:p>
    <w:sectPr>
      <w:footerReference w:type="default" r:id="rId10"/>
      <w:pgSz w:w="11906" w:h="16838"/>
      <w:pgMar w:top="595" w:right="595" w:bottom="595" w:left="595"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Times New Roman" w:hAnsi="Times New Roman" w:eastAsia="Times New Roman"/>
        <w:b/>
        <w:color w:val="666666"/>
        <w:sz w:val="18"/>
        <w:spacing w:val="18"/>
      </w:rPr>
      <w:t xml:space="preserve">COLLINS ANFO  /  ALLGEMEINES BEWERBUNGSPROFIL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28" w:line="240" w:lineRule="auto"/>
    </w:pPr>
    <w:rPr>
      <w:rFonts w:ascii="Times New Roman" w:hAnsi="Times New Roman"/>
      <w:color w:val="0A0A0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Collins Anfo - Allgemeines Bewerbungsprofil</dc:title>
  <dc:subject>General hiring statement</dc:subject>
  <dc:creator/>
  <cp:keywords>Collins Anfo, product builder, operations</cp:keywords>
  <dc:description/>
  <cp:lastModifiedBy/>
  <cp:revision>1</cp:revision>
  <dcterms:created xsi:type="dcterms:W3CDTF">2013-12-23T23:15:00Z</dcterms:created>
  <dcterms:modified xsi:type="dcterms:W3CDTF">2013-12-23T23:15:00Z</dcterms:modified>
  <cp:category/>
</cp:coreProperties>
</file>