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keepLines/>
        <w:widowControl/>
        <w:keepNext/>
      </w:pPr>
      <w:r>
        <w:drawing>
          <wp:inline xmlns:a="http://schemas.openxmlformats.org/drawingml/2006/main" xmlns:pic="http://schemas.openxmlformats.org/drawingml/2006/picture">
            <wp:extent cx="6803999" cy="1577291"/>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6803999" cy="1577291"/>
                    </a:xfrm>
                    <a:prstGeom prst="rect"/>
                  </pic:spPr>
                </pic:pic>
              </a:graphicData>
            </a:graphic>
          </wp:inline>
        </w:drawing>
      </w:r>
    </w:p>
    <w:p>
      <w:pPr>
        <w:spacing w:after="60" w:line="240" w:lineRule="auto"/>
        <w:jc w:val="left"/>
        <w:pBdr>
          <w:bottom w:val="single" w:sz="9" w:space="4" w:color="0A0A0A"/>
        </w:pBdr>
        <w:keepLines/>
        <w:widowControl/>
      </w:pPr>
      <w:r>
        <w:rPr>
          <w:rFonts w:ascii="Times New Roman" w:hAnsi="Times New Roman" w:eastAsia="Times New Roman"/>
          <w:b/>
          <w:color w:val="0A0A0A"/>
          <w:sz w:val="24"/>
        </w:rPr>
        <w:t>Ort: Hoppstädten-Weiersbach, Deutschland</w:t>
        <w:br/>
      </w:r>
      <w:r>
        <w:rPr>
          <w:rFonts w:ascii="Times New Roman" w:hAnsi="Times New Roman" w:eastAsia="Times New Roman"/>
          <w:color w:val="0A0A0A"/>
          <w:sz w:val="24"/>
        </w:rPr>
        <w:t>E-Mail: collinsanfo24@gmail.com   ·   Telefon: +49 162 7445475</w:t>
        <w:br/>
      </w:r>
      <w:r>
        <w:rPr>
          <w:rFonts w:ascii="Times New Roman" w:hAnsi="Times New Roman" w:eastAsia="Times New Roman"/>
          <w:color w:val="666666"/>
          <w:sz w:val="24"/>
        </w:rPr>
        <w:t>LinkedIn: linkedin.com/in/collinsanfo   ·   Portfolio: collins-anfo-portfolio-2026.collinsanfo24.chatgpt.site</w:t>
      </w:r>
    </w:p>
    <w:p>
      <w:pPr>
        <w:spacing w:before="20" w:after="80" w:line="230" w:lineRule="auto"/>
        <w:keepLines/>
        <w:widowControl/>
        <w:keepNext/>
      </w:pPr>
      <w:r>
        <w:rPr>
          <w:rFonts w:ascii="Times New Roman" w:hAnsi="Times New Roman" w:eastAsia="Times New Roman"/>
          <w:b/>
          <w:color w:val="0A0A0A"/>
          <w:sz w:val="40"/>
        </w:rPr>
        <w:t>Ich verwandle selbst erlebte Probleme in nützliche, prüfbare Produkte.</w:t>
      </w:r>
    </w:p>
    <w:p>
      <w:pPr>
        <w:spacing w:before="20" w:after="32"/>
        <w:pBdr>
          <w:top w:val="single" w:sz="8" w:space="4" w:color="0A0A0A"/>
        </w:pBdr>
        <w:keepLines/>
        <w:widowControl/>
        <w:keepNext/>
      </w:pPr>
      <w:r>
        <w:rPr>
          <w:rFonts w:ascii="Times New Roman" w:hAnsi="Times New Roman" w:eastAsia="Times New Roman"/>
          <w:b/>
          <w:color w:val="666666"/>
          <w:sz w:val="24"/>
          <w:spacing w:val="18"/>
        </w:rPr>
        <w:t xml:space="preserve">01 / </w:t>
      </w:r>
      <w:r>
        <w:rPr>
          <w:rFonts w:ascii="Times New Roman" w:hAnsi="Times New Roman" w:eastAsia="Times New Roman"/>
          <w:b/>
          <w:color w:val="0A0A0A"/>
          <w:sz w:val="25"/>
          <w:spacing w:val="28"/>
        </w:rPr>
        <w:t>PROFIL</w:t>
      </w:r>
    </w:p>
    <w:p>
      <w:pPr>
        <w:spacing w:after="40" w:line="240" w:lineRule="auto"/>
      </w:pPr>
      <w:r>
        <w:rPr>
          <w:rFonts w:ascii="Times New Roman" w:hAnsi="Times New Roman" w:eastAsia="Times New Roman"/>
          <w:color w:val="303030"/>
          <w:sz w:val="24"/>
        </w:rPr>
        <w:t>Produktentwickler und Gründer mit einem Hintergrund in International Business, operativen Abläufen und praktischer Umsetzung. Ich beginne bei selbst erlebten Problemen, besonders bei Alltagsfragen in Ghana und Afrika, und lerne dann gezielt, was eine tragfähige Lösung erfordert. Mit Recherche, Produktdenken, klarer Dokumentation und sorgfältig eingesetzten KI-Werkzeugen entwickle ich Ideen zu sichtbaren, prüfbaren Produkten weiter. Ich arbeite selbstständig, wenn das sinnvoll ist, und suche die Zusammenarbeit mit erfahrenen Fachleuten, wenn deren Urteil oder Handwerk das Ergebnis verbessert.</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02 / </w:t>
      </w:r>
      <w:r>
        <w:rPr>
          <w:rFonts w:ascii="Times New Roman" w:hAnsi="Times New Roman" w:eastAsia="Times New Roman"/>
          <w:b/>
          <w:color w:val="0A0A0A"/>
          <w:sz w:val="25"/>
          <w:spacing w:val="28"/>
        </w:rPr>
        <w:t>WAS ICH EINBRINGE</w:t>
      </w:r>
    </w:p>
    <w:p>
      <w:pPr>
        <w:spacing w:before="14" w:after="0"/>
        <w:keepLines/>
        <w:widowControl/>
        <w:keepNext/>
      </w:pPr>
      <w:r>
        <w:rPr>
          <w:rFonts w:ascii="Times New Roman" w:hAnsi="Times New Roman" w:eastAsia="Times New Roman"/>
          <w:b/>
          <w:color w:val="666666"/>
          <w:sz w:val="24"/>
        </w:rPr>
        <w:t xml:space="preserve">01  </w:t>
      </w:r>
      <w:r>
        <w:rPr>
          <w:rFonts w:ascii="Times New Roman" w:hAnsi="Times New Roman" w:eastAsia="Times New Roman"/>
          <w:b/>
          <w:color w:val="0A0A0A"/>
          <w:sz w:val="24"/>
          <w:spacing w:val="16"/>
        </w:rPr>
        <w:t>PROBLEMVERSTÄNDNIS</w:t>
      </w:r>
    </w:p>
    <w:p>
      <w:pPr>
        <w:spacing w:after="24" w:line="240" w:lineRule="auto"/>
        <w:ind w:left="408"/>
        <w:pBdr>
          <w:bottom w:val="single" w:sz="4" w:space="4" w:color="C8C8C3"/>
        </w:pBdr>
        <w:keepLines/>
        <w:widowControl/>
      </w:pPr>
      <w:r>
        <w:rPr>
          <w:rFonts w:ascii="Times New Roman" w:hAnsi="Times New Roman" w:eastAsia="Times New Roman"/>
          <w:color w:val="303030"/>
          <w:sz w:val="24"/>
        </w:rPr>
        <w:t>Alltagsfrust und operative Lücken in klare Produktfragen und Prioritäten übersetzen.</w:t>
      </w:r>
    </w:p>
    <w:p>
      <w:pPr>
        <w:spacing w:before="14" w:after="0"/>
        <w:keepLines/>
        <w:widowControl/>
        <w:keepNext/>
      </w:pPr>
      <w:r>
        <w:rPr>
          <w:rFonts w:ascii="Times New Roman" w:hAnsi="Times New Roman" w:eastAsia="Times New Roman"/>
          <w:b/>
          <w:color w:val="666666"/>
          <w:sz w:val="24"/>
        </w:rPr>
        <w:t xml:space="preserve">02  </w:t>
      </w:r>
      <w:r>
        <w:rPr>
          <w:rFonts w:ascii="Times New Roman" w:hAnsi="Times New Roman" w:eastAsia="Times New Roman"/>
          <w:b/>
          <w:color w:val="0A0A0A"/>
          <w:sz w:val="24"/>
          <w:spacing w:val="16"/>
        </w:rPr>
        <w:t>PRODUKTDENKEN</w:t>
      </w:r>
    </w:p>
    <w:p>
      <w:pPr>
        <w:spacing w:after="24" w:line="240" w:lineRule="auto"/>
        <w:ind w:left="408"/>
        <w:pBdr>
          <w:bottom w:val="single" w:sz="4" w:space="4" w:color="C8C8C3"/>
        </w:pBdr>
        <w:keepLines/>
        <w:widowControl/>
      </w:pPr>
      <w:r>
        <w:rPr>
          <w:rFonts w:ascii="Times New Roman" w:hAnsi="Times New Roman" w:eastAsia="Times New Roman"/>
          <w:color w:val="303030"/>
          <w:sz w:val="24"/>
        </w:rPr>
        <w:t>Abläufe, Oberflächen, Dokumentation und prüfbare nächste Schritte an echten Bedürfnissen ausrichten.</w:t>
      </w:r>
    </w:p>
    <w:p>
      <w:pPr>
        <w:spacing w:before="14" w:after="0"/>
        <w:keepLines/>
        <w:widowControl/>
        <w:keepNext/>
      </w:pPr>
      <w:r>
        <w:rPr>
          <w:rFonts w:ascii="Times New Roman" w:hAnsi="Times New Roman" w:eastAsia="Times New Roman"/>
          <w:b/>
          <w:color w:val="666666"/>
          <w:sz w:val="24"/>
        </w:rPr>
        <w:t xml:space="preserve">03  </w:t>
      </w:r>
      <w:r>
        <w:rPr>
          <w:rFonts w:ascii="Times New Roman" w:hAnsi="Times New Roman" w:eastAsia="Times New Roman"/>
          <w:b/>
          <w:color w:val="0A0A0A"/>
          <w:sz w:val="24"/>
          <w:spacing w:val="16"/>
        </w:rPr>
        <w:t>KI-GESTUETZTE UMSETZUNG</w:t>
      </w:r>
    </w:p>
    <w:p>
      <w:pPr>
        <w:spacing w:after="24" w:line="240" w:lineRule="auto"/>
        <w:ind w:left="408"/>
        <w:pBdr>
          <w:bottom w:val="single" w:sz="4" w:space="4" w:color="C8C8C3"/>
        </w:pBdr>
        <w:keepLines/>
        <w:widowControl/>
      </w:pPr>
      <w:r>
        <w:rPr>
          <w:rFonts w:ascii="Times New Roman" w:hAnsi="Times New Roman" w:eastAsia="Times New Roman"/>
          <w:color w:val="303030"/>
          <w:sz w:val="24"/>
        </w:rPr>
        <w:t>KI für Recherche, Lernen und Prototypen nutzen; Entscheidungen und Qualität bleiben unter menschlicher Kontrolle.</w:t>
      </w:r>
    </w:p>
    <w:p>
      <w:pPr>
        <w:spacing w:before="14" w:after="0"/>
        <w:keepLines/>
        <w:widowControl/>
        <w:keepNext/>
      </w:pPr>
      <w:r>
        <w:rPr>
          <w:rFonts w:ascii="Times New Roman" w:hAnsi="Times New Roman" w:eastAsia="Times New Roman"/>
          <w:b/>
          <w:color w:val="666666"/>
          <w:sz w:val="24"/>
        </w:rPr>
        <w:t xml:space="preserve">04  </w:t>
      </w:r>
      <w:r>
        <w:rPr>
          <w:rFonts w:ascii="Times New Roman" w:hAnsi="Times New Roman" w:eastAsia="Times New Roman"/>
          <w:b/>
          <w:color w:val="0A0A0A"/>
          <w:sz w:val="24"/>
          <w:spacing w:val="16"/>
        </w:rPr>
        <w:t>OPERATIONS</w:t>
      </w:r>
    </w:p>
    <w:p>
      <w:pPr>
        <w:spacing w:after="24" w:line="240" w:lineRule="auto"/>
        <w:ind w:left="408"/>
        <w:pBdr>
          <w:bottom w:val="single" w:sz="4" w:space="4" w:color="C8C8C3"/>
        </w:pBdr>
        <w:keepLines/>
        <w:widowControl/>
      </w:pPr>
      <w:r>
        <w:rPr>
          <w:rFonts w:ascii="Times New Roman" w:hAnsi="Times New Roman" w:eastAsia="Times New Roman"/>
          <w:color w:val="303030"/>
          <w:sz w:val="24"/>
        </w:rPr>
        <w:t>Praktische Erfahrung mit Bestand, Logistik, Service, Zeitplänen, Budgets und Teamkommunikation einbringen.</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03 / </w:t>
      </w:r>
      <w:r>
        <w:rPr>
          <w:rFonts w:ascii="Times New Roman" w:hAnsi="Times New Roman" w:eastAsia="Times New Roman"/>
          <w:b/>
          <w:color w:val="0A0A0A"/>
          <w:sz w:val="25"/>
          <w:spacing w:val="28"/>
        </w:rPr>
        <w:t>AUSGEWÄHLTE GRÜNDERPROJEKTE</w:t>
      </w:r>
    </w:p>
    <w:p>
      <w:pPr>
        <w:spacing w:before="14" w:after="0"/>
        <w:keepLines/>
        <w:widowControl/>
        <w:keepNext/>
      </w:pPr>
      <w:r>
        <w:rPr>
          <w:rFonts w:ascii="Times New Roman" w:hAnsi="Times New Roman" w:eastAsia="Times New Roman"/>
          <w:b/>
          <w:color w:val="0A0A0A"/>
          <w:sz w:val="24"/>
          <w:spacing w:val="12"/>
        </w:rPr>
        <w:t>GROOMDOCS</w:t>
      </w:r>
      <w:r>
        <w:rPr>
          <w:rFonts w:ascii="Times New Roman" w:hAnsi="Times New Roman" w:eastAsia="Times New Roman"/>
          <w:b/>
          <w:color w:val="666666"/>
          <w:sz w:val="24"/>
          <w:spacing w:val="14"/>
        </w:rPr>
        <w:t xml:space="preserve">   LIVE</w:t>
      </w:r>
    </w:p>
    <w:p>
      <w:pPr>
        <w:spacing w:after="24" w:line="240" w:lineRule="auto"/>
        <w:pBdr>
          <w:bottom w:val="single" w:sz="4" w:space="4" w:color="C8C8C3"/>
        </w:pBdr>
        <w:keepLines/>
        <w:widowControl/>
      </w:pPr>
      <w:r>
        <w:rPr>
          <w:rFonts w:ascii="Times New Roman" w:hAnsi="Times New Roman" w:eastAsia="Times New Roman"/>
          <w:color w:val="303030"/>
          <w:sz w:val="24"/>
        </w:rPr>
        <w:t>Kostenlose, datenschutzorientierte PDF-Werkzeuge im Browser, entstanden aus Frust über Bezahlschranken; Dateien bleiben auf dem Gerät.</w:t>
      </w:r>
    </w:p>
    <w:p>
      <w:pPr>
        <w:spacing w:before="14" w:after="0"/>
        <w:keepLines/>
        <w:widowControl/>
        <w:keepNext/>
      </w:pPr>
      <w:r>
        <w:rPr>
          <w:rFonts w:ascii="Times New Roman" w:hAnsi="Times New Roman" w:eastAsia="Times New Roman"/>
          <w:b/>
          <w:color w:val="0A0A0A"/>
          <w:sz w:val="24"/>
          <w:spacing w:val="12"/>
        </w:rPr>
        <w:t>GROOMLINQ</w:t>
      </w:r>
      <w:r>
        <w:rPr>
          <w:rFonts w:ascii="Times New Roman" w:hAnsi="Times New Roman" w:eastAsia="Times New Roman"/>
          <w:b/>
          <w:color w:val="666666"/>
          <w:sz w:val="24"/>
          <w:spacing w:val="14"/>
        </w:rPr>
        <w:t xml:space="preserve">   IN ENTWICKLUNG</w:t>
      </w:r>
    </w:p>
    <w:p>
      <w:pPr>
        <w:spacing w:after="24" w:line="240" w:lineRule="auto"/>
        <w:pBdr>
          <w:bottom w:val="single" w:sz="4" w:space="4" w:color="C8C8C3"/>
        </w:pBdr>
        <w:keepLines/>
        <w:widowControl/>
      </w:pPr>
      <w:r>
        <w:rPr>
          <w:rFonts w:ascii="Times New Roman" w:hAnsi="Times New Roman" w:eastAsia="Times New Roman"/>
          <w:color w:val="303030"/>
          <w:sz w:val="24"/>
        </w:rPr>
        <w:t>Ghana-zentrierter Marktplatz, der sieben Transaktionsmodelle und kaufbestätigte Empfehlungen untersucht.</w:t>
      </w:r>
    </w:p>
    <w:p>
      <w:pPr>
        <w:spacing w:before="14" w:after="0"/>
        <w:keepLines/>
        <w:widowControl/>
        <w:keepNext/>
      </w:pPr>
      <w:r>
        <w:rPr>
          <w:rFonts w:ascii="Times New Roman" w:hAnsi="Times New Roman" w:eastAsia="Times New Roman"/>
          <w:b/>
          <w:color w:val="0A0A0A"/>
          <w:sz w:val="24"/>
          <w:spacing w:val="12"/>
        </w:rPr>
        <w:t>GHANAONE</w:t>
      </w:r>
      <w:r>
        <w:rPr>
          <w:rFonts w:ascii="Times New Roman" w:hAnsi="Times New Roman" w:eastAsia="Times New Roman"/>
          <w:b/>
          <w:color w:val="666666"/>
          <w:sz w:val="24"/>
          <w:spacing w:val="14"/>
        </w:rPr>
        <w:t xml:space="preserve">   KONZEPT</w:t>
      </w:r>
    </w:p>
    <w:p>
      <w:pPr>
        <w:spacing w:after="24" w:line="240" w:lineRule="auto"/>
        <w:pBdr>
          <w:bottom w:val="single" w:sz="4" w:space="4" w:color="C8C8C3"/>
        </w:pBdr>
        <w:keepLines/>
        <w:widowControl/>
      </w:pPr>
      <w:r>
        <w:rPr>
          <w:rFonts w:ascii="Times New Roman" w:hAnsi="Times New Roman" w:eastAsia="Times New Roman"/>
          <w:color w:val="303030"/>
          <w:sz w:val="24"/>
        </w:rPr>
        <w:t>Unabhängige Spezifikation und Interface-Richtung für einen klareren digitalen Zugang zu öffentlichen Diensten; keine staatliche Beteiligung wird behauptet.</w:t>
      </w:r>
    </w:p>
    <w:p>
      <w:pPr>
        <w:spacing w:before="14" w:after="0"/>
        <w:keepLines/>
        <w:widowControl/>
        <w:keepNext/>
      </w:pPr>
      <w:r>
        <w:rPr>
          <w:rFonts w:ascii="Times New Roman" w:hAnsi="Times New Roman" w:eastAsia="Times New Roman"/>
          <w:b/>
          <w:color w:val="0A0A0A"/>
          <w:sz w:val="24"/>
          <w:spacing w:val="12"/>
        </w:rPr>
        <w:t>GROOMCV</w:t>
      </w:r>
      <w:r>
        <w:rPr>
          <w:rFonts w:ascii="Times New Roman" w:hAnsi="Times New Roman" w:eastAsia="Times New Roman"/>
          <w:b/>
          <w:color w:val="666666"/>
          <w:sz w:val="24"/>
          <w:spacing w:val="14"/>
        </w:rPr>
        <w:t xml:space="preserve">   PROTOTYP</w:t>
      </w:r>
    </w:p>
    <w:p>
      <w:pPr>
        <w:spacing w:after="24" w:line="240" w:lineRule="auto"/>
        <w:pBdr>
          <w:bottom w:val="single" w:sz="4" w:space="4" w:color="C8C8C3"/>
        </w:pBdr>
        <w:keepLines/>
        <w:widowControl/>
      </w:pPr>
      <w:r>
        <w:rPr>
          <w:rFonts w:ascii="Times New Roman" w:hAnsi="Times New Roman" w:eastAsia="Times New Roman"/>
          <w:color w:val="303030"/>
          <w:sz w:val="24"/>
        </w:rPr>
        <w:t>Karriere-Workspace rund um Stellenpassung, belegbare Erfahrung und sichtbare Kompetenzlücken.</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04 / </w:t>
      </w:r>
      <w:r>
        <w:rPr>
          <w:rFonts w:ascii="Times New Roman" w:hAnsi="Times New Roman" w:eastAsia="Times New Roman"/>
          <w:b/>
          <w:color w:val="0A0A0A"/>
          <w:sz w:val="25"/>
          <w:spacing w:val="28"/>
        </w:rPr>
        <w:t>WERKZEUGE UND ARBEITSWEISE</w:t>
      </w:r>
    </w:p>
    <w:p>
      <w:pPr>
        <w:spacing w:after="30" w:line="240" w:lineRule="auto"/>
        <w:keepLines/>
        <w:widowControl/>
      </w:pPr>
      <w:r>
        <w:rPr>
          <w:rFonts w:ascii="Times New Roman" w:hAnsi="Times New Roman" w:eastAsia="Times New Roman"/>
          <w:b/>
          <w:color w:val="0A0A0A"/>
          <w:sz w:val="24"/>
        </w:rPr>
        <w:t xml:space="preserve">Rollen, in die ich hineinwachse. </w:t>
      </w:r>
      <w:r>
        <w:rPr>
          <w:rFonts w:ascii="Times New Roman" w:hAnsi="Times New Roman" w:eastAsia="Times New Roman"/>
          <w:color w:val="303030"/>
          <w:sz w:val="24"/>
        </w:rPr>
        <w:t>Rollen in Produkt, Product Operations und KI-gestützter Umsetzung, in denen praktisches Urteil, Lerngeschwindigkeit und Zusammenarbeit zählen.</w:t>
      </w:r>
    </w:p>
    <w:p>
      <w:pPr>
        <w:spacing w:after="0"/>
      </w:pPr>
      <w:r>
        <w:rPr>
          <w:rFonts w:ascii="Times New Roman" w:hAnsi="Times New Roman" w:eastAsia="Times New Roman"/>
          <w:color w:val="303030"/>
          <w:sz w:val="24"/>
        </w:rPr>
        <w:t>Problemverständnis, Nutzerabläufe, Interface-Entscheidungen, Produktspezifikationen, Dokumentation, Prototypen, ChatGPT, Claude, Cursor und Gemini.</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05 / </w:t>
      </w:r>
      <w:r>
        <w:rPr>
          <w:rFonts w:ascii="Times New Roman" w:hAnsi="Times New Roman" w:eastAsia="Times New Roman"/>
          <w:b/>
          <w:color w:val="0A0A0A"/>
          <w:sz w:val="25"/>
          <w:spacing w:val="28"/>
        </w:rPr>
        <w:t>BERUFSERFAHRUNG</w:t>
      </w:r>
    </w:p>
    <w:p>
      <w:pPr>
        <w:spacing w:before="36" w:after="0"/>
        <w:keepLines/>
        <w:widowControl/>
        <w:keepNext/>
      </w:pPr>
      <w:r>
        <w:rPr>
          <w:rFonts w:ascii="Times New Roman" w:hAnsi="Times New Roman" w:eastAsia="Times New Roman"/>
          <w:b/>
          <w:color w:val="0A0A0A"/>
          <w:sz w:val="24"/>
        </w:rPr>
        <w:t>Produktionsmitarbeiter</w:t>
      </w:r>
      <w:r>
        <w:rPr>
          <w:rFonts w:ascii="Times New Roman" w:hAnsi="Times New Roman" w:eastAsia="Times New Roman"/>
          <w:b/>
          <w:color w:val="303030"/>
          <w:sz w:val="24"/>
        </w:rPr>
        <w:t xml:space="preserve">  |  Pommes Freunde</w:t>
      </w:r>
    </w:p>
    <w:p>
      <w:pPr>
        <w:spacing w:after="0"/>
        <w:keepLines/>
        <w:widowControl/>
        <w:keepNext/>
      </w:pPr>
      <w:r>
        <w:rPr>
          <w:rFonts w:ascii="Times New Roman" w:hAnsi="Times New Roman" w:eastAsia="Times New Roman"/>
          <w:b/>
          <w:color w:val="666666"/>
          <w:sz w:val="24"/>
        </w:rPr>
        <w:t>Saarbruecken, Deutschland  |  Mai 2025 - Jun 2026</w:t>
      </w:r>
    </w:p>
    <w:p>
      <w:pPr>
        <w:spacing w:after="28" w:line="240" w:lineRule="auto"/>
        <w:keepLines/>
        <w:widowControl/>
      </w:pPr>
      <w:r>
        <w:rPr>
          <w:rFonts w:ascii="Times New Roman" w:hAnsi="Times New Roman" w:eastAsia="Times New Roman"/>
          <w:color w:val="303030"/>
          <w:sz w:val="24"/>
        </w:rPr>
        <w:t>Täglichen Bestand und Bestellungen gesteuert, Speisen nach Rezept- und Sicherheitsstandards zubereitet sowie Kundenbestellungen bearbeitet.</w:t>
      </w:r>
    </w:p>
    <w:p>
      <w:pPr>
        <w:spacing w:before="36" w:after="0"/>
        <w:keepLines/>
        <w:widowControl/>
        <w:keepNext/>
      </w:pPr>
      <w:r>
        <w:rPr>
          <w:rFonts w:ascii="Times New Roman" w:hAnsi="Times New Roman" w:eastAsia="Times New Roman"/>
          <w:b/>
          <w:color w:val="0A0A0A"/>
          <w:sz w:val="24"/>
        </w:rPr>
        <w:t>Logistikmitarbeiter</w:t>
      </w:r>
      <w:r>
        <w:rPr>
          <w:rFonts w:ascii="Times New Roman" w:hAnsi="Times New Roman" w:eastAsia="Times New Roman"/>
          <w:b/>
          <w:color w:val="303030"/>
          <w:sz w:val="24"/>
        </w:rPr>
        <w:t xml:space="preserve">  |  GLS</w:t>
      </w:r>
    </w:p>
    <w:p>
      <w:pPr>
        <w:spacing w:after="0"/>
        <w:keepLines/>
        <w:widowControl/>
        <w:keepNext/>
      </w:pPr>
      <w:r>
        <w:rPr>
          <w:rFonts w:ascii="Times New Roman" w:hAnsi="Times New Roman" w:eastAsia="Times New Roman"/>
          <w:b/>
          <w:color w:val="666666"/>
          <w:sz w:val="24"/>
        </w:rPr>
        <w:t>Neunkirchen, Deutschland  |  Aug 2024 - Dez 2024</w:t>
      </w:r>
    </w:p>
    <w:p>
      <w:pPr>
        <w:spacing w:after="28" w:line="240" w:lineRule="auto"/>
        <w:keepLines/>
        <w:widowControl/>
      </w:pPr>
      <w:r>
        <w:rPr>
          <w:rFonts w:ascii="Times New Roman" w:hAnsi="Times New Roman" w:eastAsia="Times New Roman"/>
          <w:color w:val="303030"/>
          <w:sz w:val="24"/>
        </w:rPr>
        <w:t>Wareneingänge geprüft und dokumentiert, Waren organisiert und ausgehende Sendungen vorbereitet.</w:t>
      </w:r>
    </w:p>
    <w:p>
      <w:pPr>
        <w:spacing w:before="36" w:after="0"/>
        <w:keepLines/>
        <w:widowControl/>
        <w:keepNext/>
      </w:pPr>
      <w:r>
        <w:rPr>
          <w:rFonts w:ascii="Times New Roman" w:hAnsi="Times New Roman" w:eastAsia="Times New Roman"/>
          <w:b/>
          <w:color w:val="0A0A0A"/>
          <w:sz w:val="24"/>
        </w:rPr>
        <w:t>Sortiermitarbeiter</w:t>
      </w:r>
      <w:r>
        <w:rPr>
          <w:rFonts w:ascii="Times New Roman" w:hAnsi="Times New Roman" w:eastAsia="Times New Roman"/>
          <w:b/>
          <w:color w:val="303030"/>
          <w:sz w:val="24"/>
        </w:rPr>
        <w:t xml:space="preserve">  |  Amazon</w:t>
      </w:r>
    </w:p>
    <w:p>
      <w:pPr>
        <w:spacing w:after="0"/>
        <w:keepLines/>
        <w:widowControl/>
        <w:keepNext/>
      </w:pPr>
      <w:r>
        <w:rPr>
          <w:rFonts w:ascii="Times New Roman" w:hAnsi="Times New Roman" w:eastAsia="Times New Roman"/>
          <w:b/>
          <w:color w:val="666666"/>
          <w:sz w:val="24"/>
        </w:rPr>
        <w:t>Ramstein-Miesenbach und Grolsheim, Deutschland  |  Sep 2022 - Apr 2024</w:t>
      </w:r>
    </w:p>
    <w:p>
      <w:pPr>
        <w:spacing w:after="28" w:line="240" w:lineRule="auto"/>
        <w:keepLines/>
        <w:widowControl/>
      </w:pPr>
      <w:r>
        <w:rPr>
          <w:rFonts w:ascii="Times New Roman" w:hAnsi="Times New Roman" w:eastAsia="Times New Roman"/>
          <w:color w:val="303030"/>
          <w:sz w:val="24"/>
        </w:rPr>
        <w:t>80-100 Pakete pro Minute gescannt und eingeschleust, Zustellrouten sortiert und Lagerdaten mit Scannern aktualisiert.</w:t>
      </w:r>
    </w:p>
    <w:p>
      <w:pPr>
        <w:spacing w:before="36" w:after="0"/>
        <w:keepLines/>
        <w:widowControl/>
        <w:keepNext/>
      </w:pPr>
      <w:r>
        <w:rPr>
          <w:rFonts w:ascii="Times New Roman" w:hAnsi="Times New Roman" w:eastAsia="Times New Roman"/>
          <w:b/>
          <w:color w:val="0A0A0A"/>
          <w:sz w:val="24"/>
        </w:rPr>
        <w:t>Lagermitarbeiter (Teilzeit)</w:t>
      </w:r>
      <w:r>
        <w:rPr>
          <w:rFonts w:ascii="Times New Roman" w:hAnsi="Times New Roman" w:eastAsia="Times New Roman"/>
          <w:b/>
          <w:color w:val="303030"/>
          <w:sz w:val="24"/>
        </w:rPr>
        <w:t xml:space="preserve">  |  Rofu Kinderland</w:t>
      </w:r>
    </w:p>
    <w:p>
      <w:pPr>
        <w:spacing w:after="0"/>
        <w:keepLines/>
        <w:widowControl/>
        <w:keepNext/>
      </w:pPr>
      <w:r>
        <w:rPr>
          <w:rFonts w:ascii="Times New Roman" w:hAnsi="Times New Roman" w:eastAsia="Times New Roman"/>
          <w:b/>
          <w:color w:val="666666"/>
          <w:sz w:val="24"/>
        </w:rPr>
        <w:t>Hoppstädten-Weiersbach, Deutschland  |  Okt 2023 - Dez 2023</w:t>
      </w:r>
    </w:p>
    <w:p>
      <w:pPr>
        <w:spacing w:after="28" w:line="240" w:lineRule="auto"/>
        <w:keepLines/>
        <w:widowControl/>
      </w:pPr>
      <w:r>
        <w:rPr>
          <w:rFonts w:ascii="Times New Roman" w:hAnsi="Times New Roman" w:eastAsia="Times New Roman"/>
          <w:color w:val="303030"/>
          <w:sz w:val="24"/>
        </w:rPr>
        <w:t>Waren kommissioniert sowie Preisauszeichnung, Verpackung und Retouren bearbeitet.</w:t>
      </w:r>
    </w:p>
    <w:p>
      <w:pPr>
        <w:spacing w:before="36" w:after="0"/>
        <w:keepLines/>
        <w:widowControl/>
        <w:keepNext/>
      </w:pPr>
      <w:r>
        <w:rPr>
          <w:rFonts w:ascii="Times New Roman" w:hAnsi="Times New Roman" w:eastAsia="Times New Roman"/>
          <w:b/>
          <w:color w:val="0A0A0A"/>
          <w:sz w:val="24"/>
        </w:rPr>
        <w:t>Servicemitarbeiter</w:t>
      </w:r>
      <w:r>
        <w:rPr>
          <w:rFonts w:ascii="Times New Roman" w:hAnsi="Times New Roman" w:eastAsia="Times New Roman"/>
          <w:b/>
          <w:color w:val="303030"/>
          <w:sz w:val="24"/>
        </w:rPr>
        <w:t xml:space="preserve">  |  McDonald's</w:t>
      </w:r>
    </w:p>
    <w:p>
      <w:pPr>
        <w:spacing w:after="0"/>
        <w:keepLines/>
        <w:widowControl/>
        <w:keepNext/>
      </w:pPr>
      <w:r>
        <w:rPr>
          <w:rFonts w:ascii="Times New Roman" w:hAnsi="Times New Roman" w:eastAsia="Times New Roman"/>
          <w:b/>
          <w:color w:val="666666"/>
          <w:sz w:val="24"/>
        </w:rPr>
        <w:t>Idar-Oberstein, Deutschland  |  Mai 2022 - Jul 2022</w:t>
      </w:r>
    </w:p>
    <w:p>
      <w:pPr>
        <w:spacing w:after="28" w:line="240" w:lineRule="auto"/>
        <w:keepLines/>
        <w:widowControl/>
      </w:pPr>
      <w:r>
        <w:rPr>
          <w:rFonts w:ascii="Times New Roman" w:hAnsi="Times New Roman" w:eastAsia="Times New Roman"/>
          <w:color w:val="303030"/>
          <w:sz w:val="24"/>
        </w:rPr>
        <w:t>Lebensmittel- und Hygienestandards eingehalten, Küchenvorbereitung unterstützt und Verkauf abgewickelt.</w:t>
      </w:r>
    </w:p>
    <w:p>
      <w:pPr>
        <w:spacing w:before="36" w:after="0"/>
        <w:keepLines/>
        <w:widowControl/>
        <w:keepNext/>
      </w:pPr>
      <w:r>
        <w:rPr>
          <w:rFonts w:ascii="Times New Roman" w:hAnsi="Times New Roman" w:eastAsia="Times New Roman"/>
          <w:b/>
          <w:color w:val="0A0A0A"/>
          <w:sz w:val="24"/>
        </w:rPr>
        <w:t>Lehrer / Praktikant</w:t>
      </w:r>
      <w:r>
        <w:rPr>
          <w:rFonts w:ascii="Times New Roman" w:hAnsi="Times New Roman" w:eastAsia="Times New Roman"/>
          <w:b/>
          <w:color w:val="303030"/>
          <w:sz w:val="24"/>
        </w:rPr>
        <w:t xml:space="preserve">  |  Ebenezer Methodist Preparatory &amp; JHS</w:t>
      </w:r>
    </w:p>
    <w:p>
      <w:pPr>
        <w:spacing w:after="0"/>
        <w:keepLines/>
        <w:widowControl/>
        <w:keepNext/>
      </w:pPr>
      <w:r>
        <w:rPr>
          <w:rFonts w:ascii="Times New Roman" w:hAnsi="Times New Roman" w:eastAsia="Times New Roman"/>
          <w:b/>
          <w:color w:val="666666"/>
          <w:sz w:val="24"/>
        </w:rPr>
        <w:t>Kumasi, Ghana  |  Aug 2021 - Dez 2021</w:t>
      </w:r>
    </w:p>
    <w:p>
      <w:pPr>
        <w:spacing w:after="28" w:line="240" w:lineRule="auto"/>
        <w:keepLines/>
        <w:widowControl/>
      </w:pPr>
      <w:r>
        <w:rPr>
          <w:rFonts w:ascii="Times New Roman" w:hAnsi="Times New Roman" w:eastAsia="Times New Roman"/>
          <w:color w:val="303030"/>
          <w:sz w:val="24"/>
        </w:rPr>
        <w:t>Acht Faecher für 35 Schüler unterrichtet; das erste Excel-Notenbuch der Schule und digitale Lernhilfen eingeführt.</w:t>
      </w:r>
    </w:p>
    <w:p>
      <w:pPr>
        <w:spacing w:before="36" w:after="0"/>
        <w:keepLines/>
        <w:widowControl/>
        <w:keepNext/>
      </w:pPr>
      <w:r>
        <w:rPr>
          <w:rFonts w:ascii="Times New Roman" w:hAnsi="Times New Roman" w:eastAsia="Times New Roman"/>
          <w:b/>
          <w:color w:val="0A0A0A"/>
          <w:sz w:val="24"/>
        </w:rPr>
        <w:t>Assistenz Projektmanagement / Praktikant</w:t>
      </w:r>
      <w:r>
        <w:rPr>
          <w:rFonts w:ascii="Times New Roman" w:hAnsi="Times New Roman" w:eastAsia="Times New Roman"/>
          <w:b/>
          <w:color w:val="303030"/>
          <w:sz w:val="24"/>
        </w:rPr>
        <w:t xml:space="preserve">  |  X-Quisite Plus</w:t>
      </w:r>
    </w:p>
    <w:p>
      <w:pPr>
        <w:spacing w:after="0"/>
        <w:keepLines/>
        <w:widowControl/>
        <w:keepNext/>
      </w:pPr>
      <w:r>
        <w:rPr>
          <w:rFonts w:ascii="Times New Roman" w:hAnsi="Times New Roman" w:eastAsia="Times New Roman"/>
          <w:b/>
          <w:color w:val="666666"/>
          <w:sz w:val="24"/>
        </w:rPr>
        <w:t>Kumasi, Ghana  |  Mai 2020 - Sep 2020</w:t>
      </w:r>
    </w:p>
    <w:p>
      <w:pPr>
        <w:spacing w:after="28" w:line="240" w:lineRule="auto"/>
        <w:keepLines/>
        <w:widowControl/>
      </w:pPr>
      <w:r>
        <w:rPr>
          <w:rFonts w:ascii="Times New Roman" w:hAnsi="Times New Roman" w:eastAsia="Times New Roman"/>
          <w:color w:val="303030"/>
          <w:sz w:val="24"/>
        </w:rPr>
        <w:t>Meilensteine berichtet, Budget, Zeitplan und Umfang unterstützt sowie Angebote und Lieferantenverträge verhandelt.</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06 / </w:t>
      </w:r>
      <w:r>
        <w:rPr>
          <w:rFonts w:ascii="Times New Roman" w:hAnsi="Times New Roman" w:eastAsia="Times New Roman"/>
          <w:b/>
          <w:color w:val="0A0A0A"/>
          <w:sz w:val="25"/>
          <w:spacing w:val="28"/>
        </w:rPr>
        <w:t>AUSBILDUNG</w:t>
      </w:r>
    </w:p>
    <w:p>
      <w:pPr>
        <w:spacing w:after="30" w:line="240" w:lineRule="auto"/>
        <w:keepLines/>
        <w:widowControl/>
      </w:pPr>
      <w:r>
        <w:rPr>
          <w:rFonts w:ascii="Times New Roman" w:hAnsi="Times New Roman" w:eastAsia="Times New Roman"/>
          <w:b/>
          <w:color w:val="0A0A0A"/>
          <w:sz w:val="24"/>
        </w:rPr>
        <w:t xml:space="preserve">Bachelor-of-Engineering-Studium - Sustainable Business and Technology. </w:t>
      </w:r>
      <w:r>
        <w:rPr>
          <w:rFonts w:ascii="Times New Roman" w:hAnsi="Times New Roman" w:eastAsia="Times New Roman"/>
          <w:color w:val="303030"/>
          <w:sz w:val="24"/>
        </w:rPr>
        <w:t>Hochschule Trier, Umwelt-Campus Birkenfeld, Deutschland | Studienzeit bis 2028</w:t>
      </w:r>
    </w:p>
    <w:p>
      <w:pPr>
        <w:spacing w:after="30" w:line="240" w:lineRule="auto"/>
        <w:keepLines/>
        <w:widowControl/>
      </w:pPr>
      <w:r>
        <w:rPr>
          <w:rFonts w:ascii="Times New Roman" w:hAnsi="Times New Roman" w:eastAsia="Times New Roman"/>
          <w:b/>
          <w:color w:val="0A0A0A"/>
          <w:sz w:val="24"/>
        </w:rPr>
        <w:t xml:space="preserve">Bachelor of Science - International Business Management. </w:t>
      </w:r>
      <w:r>
        <w:rPr>
          <w:rFonts w:ascii="Times New Roman" w:hAnsi="Times New Roman" w:eastAsia="Times New Roman"/>
          <w:color w:val="303030"/>
          <w:sz w:val="24"/>
        </w:rPr>
        <w:t>Kwame Nkrumah University of Science and Technology, Kumasi, Ghana | Abgeschlossen Sep 2023</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07 / </w:t>
      </w:r>
      <w:r>
        <w:rPr>
          <w:rFonts w:ascii="Times New Roman" w:hAnsi="Times New Roman" w:eastAsia="Times New Roman"/>
          <w:b/>
          <w:color w:val="0A0A0A"/>
          <w:sz w:val="25"/>
          <w:spacing w:val="28"/>
        </w:rPr>
        <w:t>KURSE UND NACHWEISE</w:t>
      </w:r>
    </w:p>
    <w:p>
      <w:pPr>
        <w:spacing w:after="24"/>
        <w:keepLines/>
        <w:widowControl/>
      </w:pPr>
      <w:r>
        <w:rPr>
          <w:rFonts w:ascii="Times New Roman" w:hAnsi="Times New Roman" w:eastAsia="Times New Roman"/>
          <w:color w:val="303030"/>
          <w:sz w:val="24"/>
        </w:rPr>
        <w:t>SAP-S/4HANA-Kurse - Udemy und Great Learning, 2026</w:t>
      </w:r>
    </w:p>
    <w:p>
      <w:pPr>
        <w:spacing w:after="24"/>
        <w:keepLines/>
        <w:widowControl/>
      </w:pPr>
      <w:r>
        <w:rPr>
          <w:rFonts w:ascii="Times New Roman" w:hAnsi="Times New Roman" w:eastAsia="Times New Roman"/>
          <w:color w:val="303030"/>
          <w:sz w:val="24"/>
        </w:rPr>
        <w:t>Prompt Engineering for ChatGPT - Vanderbilt University / Coursera, 2024</w:t>
      </w:r>
    </w:p>
    <w:p>
      <w:pPr>
        <w:spacing w:after="24"/>
        <w:keepLines/>
        <w:widowControl/>
      </w:pPr>
      <w:r>
        <w:rPr>
          <w:rFonts w:ascii="Times New Roman" w:hAnsi="Times New Roman" w:eastAsia="Times New Roman"/>
          <w:color w:val="303030"/>
          <w:sz w:val="24"/>
        </w:rPr>
        <w:t>Generative AI Fundamentals, fünfteilige Spezialisierung - IBM / Coursera, 2024</w:t>
      </w:r>
    </w:p>
    <w:p>
      <w:pPr>
        <w:spacing w:after="24"/>
        <w:keepLines/>
        <w:widowControl/>
      </w:pPr>
      <w:r>
        <w:rPr>
          <w:rFonts w:ascii="Times New Roman" w:hAnsi="Times New Roman" w:eastAsia="Times New Roman"/>
          <w:color w:val="303030"/>
          <w:sz w:val="24"/>
        </w:rPr>
        <w:t>Staplerschein - AGG Staplerschule Frankfurt, 2025</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08 / </w:t>
      </w:r>
      <w:r>
        <w:rPr>
          <w:rFonts w:ascii="Times New Roman" w:hAnsi="Times New Roman" w:eastAsia="Times New Roman"/>
          <w:b/>
          <w:color w:val="0A0A0A"/>
          <w:sz w:val="25"/>
          <w:spacing w:val="28"/>
        </w:rPr>
        <w:t>SPRACHEN</w:t>
      </w:r>
    </w:p>
    <w:p>
      <w:pPr>
        <w:spacing w:after="0" w:line="240" w:lineRule="auto"/>
      </w:pPr>
      <w:r>
        <w:rPr>
          <w:rFonts w:ascii="Times New Roman" w:hAnsi="Times New Roman" w:eastAsia="Times New Roman"/>
          <w:color w:val="303030"/>
          <w:sz w:val="24"/>
        </w:rPr>
        <w:t>Englisch - fließend | Deutsch - einfache Konversation</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09 / </w:t>
      </w:r>
      <w:r>
        <w:rPr>
          <w:rFonts w:ascii="Times New Roman" w:hAnsi="Times New Roman" w:eastAsia="Times New Roman"/>
          <w:b/>
          <w:color w:val="0A0A0A"/>
          <w:sz w:val="25"/>
          <w:spacing w:val="28"/>
        </w:rPr>
        <w:t>ZUSÄTZLICHE AKTIVITÄTEN</w:t>
      </w:r>
    </w:p>
    <w:p>
      <w:pPr>
        <w:spacing w:after="0" w:line="240" w:lineRule="auto"/>
      </w:pPr>
      <w:r>
        <w:rPr>
          <w:rFonts w:ascii="Times New Roman" w:hAnsi="Times New Roman" w:eastAsia="Times New Roman"/>
          <w:color w:val="303030"/>
          <w:sz w:val="24"/>
        </w:rPr>
        <w:t>Erasmus+-Stipendiat | Internationales X-Culture-Teamprojekt</w:t>
      </w:r>
    </w:p>
    <w:p>
      <w:pPr>
        <w:spacing w:before="64" w:after="32"/>
        <w:pBdr>
          <w:top w:val="single" w:sz="8" w:space="4" w:color="0A0A0A"/>
        </w:pBdr>
        <w:keepLines/>
        <w:widowControl/>
        <w:keepNext/>
      </w:pPr>
      <w:r>
        <w:rPr>
          <w:rFonts w:ascii="Times New Roman" w:hAnsi="Times New Roman" w:eastAsia="Times New Roman"/>
          <w:b/>
          <w:color w:val="666666"/>
          <w:sz w:val="24"/>
          <w:spacing w:val="18"/>
        </w:rPr>
        <w:t xml:space="preserve">10 / </w:t>
      </w:r>
      <w:r>
        <w:rPr>
          <w:rFonts w:ascii="Times New Roman" w:hAnsi="Times New Roman" w:eastAsia="Times New Roman"/>
          <w:b/>
          <w:color w:val="0A0A0A"/>
          <w:sz w:val="25"/>
          <w:spacing w:val="28"/>
        </w:rPr>
        <w:t>KREATIVE ARBEIT</w:t>
      </w:r>
    </w:p>
    <w:p>
      <w:pPr>
        <w:spacing w:after="0" w:line="240" w:lineRule="auto"/>
      </w:pPr>
      <w:r>
        <w:rPr>
          <w:rFonts w:ascii="Times New Roman" w:hAnsi="Times New Roman" w:eastAsia="Times New Roman"/>
          <w:color w:val="303030"/>
          <w:sz w:val="24"/>
        </w:rPr>
        <w:t>Zwei selbstständig über Amazon KDP veröffentlichte Bücher | Gründer des Musikprojekts Gaimase</w:t>
      </w:r>
    </w:p>
    <w:sectPr>
      <w:footerReference w:type="default" r:id="rId10"/>
      <w:pgSz w:w="11906" w:h="16838"/>
      <w:pgMar w:top="595" w:right="595" w:bottom="595" w:left="595"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Times New Roman" w:hAnsi="Times New Roman" w:eastAsia="Times New Roman"/>
        <w:b/>
        <w:color w:val="666666"/>
        <w:sz w:val="18"/>
        <w:spacing w:val="18"/>
      </w:rPr>
      <w:t xml:space="preserve">COLLINS ANFO  /  LEBENSLAUF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28" w:line="240" w:lineRule="auto"/>
    </w:pPr>
    <w:rPr>
      <w:rFonts w:ascii="Times New Roman" w:hAnsi="Times New Roman"/>
      <w:color w:val="0A0A0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Collins Anfo - Lebenslauf</dc:title>
  <dc:subject>Curriculum vitae</dc:subject>
  <dc:creator/>
  <cp:keywords>Collins Anfo, product builder, operations</cp:keywords>
  <dc:description/>
  <cp:lastModifiedBy/>
  <cp:revision>1</cp:revision>
  <dcterms:created xsi:type="dcterms:W3CDTF">2013-12-23T23:15:00Z</dcterms:created>
  <dcterms:modified xsi:type="dcterms:W3CDTF">2013-12-23T23:15:00Z</dcterms:modified>
  <cp:category/>
</cp:coreProperties>
</file>